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5AC" w:rsidRPr="00A958D1" w:rsidRDefault="004735AC" w:rsidP="004735AC">
      <w:pPr>
        <w:spacing w:line="300" w:lineRule="exact"/>
        <w:ind w:firstLine="397"/>
        <w:jc w:val="center"/>
        <w:rPr>
          <w:rFonts w:ascii="Times New Roman" w:hAnsi="Times New Roman"/>
          <w:b/>
          <w:u w:val="single"/>
          <w:lang w:val="be-BY"/>
        </w:rPr>
      </w:pPr>
      <w:r w:rsidRPr="00A958D1">
        <w:rPr>
          <w:rFonts w:ascii="Times New Roman" w:hAnsi="Times New Roman"/>
          <w:b/>
          <w:u w:val="single"/>
        </w:rPr>
        <w:t>ПЪРВО ОСНОВНО УЧИЛИЩЕ</w:t>
      </w:r>
      <w:r w:rsidRPr="00A958D1">
        <w:rPr>
          <w:rFonts w:ascii="Times New Roman" w:hAnsi="Times New Roman"/>
          <w:b/>
          <w:u w:val="single"/>
          <w:lang w:val="be-BY"/>
        </w:rPr>
        <w:t xml:space="preserve"> </w:t>
      </w:r>
      <w:r w:rsidRPr="00A958D1">
        <w:rPr>
          <w:rFonts w:ascii="Times New Roman" w:hAnsi="Times New Roman"/>
          <w:b/>
          <w:u w:val="single"/>
        </w:rPr>
        <w:t>“ИВАН ВАЗОВ”-</w:t>
      </w:r>
      <w:proofErr w:type="spellStart"/>
      <w:r w:rsidRPr="00A958D1">
        <w:rPr>
          <w:rFonts w:ascii="Times New Roman" w:hAnsi="Times New Roman"/>
          <w:b/>
          <w:u w:val="single"/>
        </w:rPr>
        <w:t>гр.СВИЛЕНГРАД</w:t>
      </w:r>
      <w:proofErr w:type="spellEnd"/>
    </w:p>
    <w:p w:rsidR="004735AC" w:rsidRDefault="004735AC" w:rsidP="004735AC">
      <w:pPr>
        <w:spacing w:line="300" w:lineRule="exact"/>
        <w:ind w:firstLine="397"/>
        <w:jc w:val="center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i/>
          <w:lang w:val="be-BY"/>
        </w:rPr>
        <w:t>Свиленград 6500,ул.”Климент Охридски”</w:t>
      </w:r>
      <w:r w:rsidRPr="004735AC">
        <w:rPr>
          <w:rFonts w:ascii="Times New Roman" w:hAnsi="Times New Roman"/>
          <w:b/>
          <w:i/>
          <w:lang w:val="be-BY"/>
        </w:rPr>
        <w:t>№2</w:t>
      </w:r>
      <w:r>
        <w:rPr>
          <w:rFonts w:ascii="Times New Roman" w:hAnsi="Times New Roman"/>
          <w:b/>
          <w:i/>
          <w:lang w:val="be-BY"/>
        </w:rPr>
        <w:t>,тел:0379/7 19 22,</w:t>
      </w:r>
    </w:p>
    <w:p w:rsidR="004735AC" w:rsidRDefault="004735AC" w:rsidP="004735AC">
      <w:pPr>
        <w:spacing w:line="300" w:lineRule="exact"/>
        <w:ind w:firstLine="397"/>
        <w:jc w:val="center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i/>
        </w:rPr>
        <w:t>e</w:t>
      </w:r>
      <w:r>
        <w:rPr>
          <w:rFonts w:ascii="Times New Roman" w:hAnsi="Times New Roman"/>
          <w:b/>
          <w:i/>
          <w:lang w:val="ru-RU"/>
        </w:rPr>
        <w:t>-</w:t>
      </w:r>
      <w:r>
        <w:rPr>
          <w:rFonts w:ascii="Times New Roman" w:hAnsi="Times New Roman"/>
          <w:b/>
          <w:i/>
        </w:rPr>
        <w:t>mail</w:t>
      </w:r>
      <w:r>
        <w:rPr>
          <w:rFonts w:ascii="Times New Roman" w:hAnsi="Times New Roman"/>
          <w:b/>
          <w:i/>
          <w:lang w:val="ru-RU"/>
        </w:rPr>
        <w:t>:</w:t>
      </w:r>
      <w:r>
        <w:rPr>
          <w:rFonts w:ascii="Times New Roman" w:hAnsi="Times New Roman"/>
          <w:b/>
          <w:i/>
        </w:rPr>
        <w:t>info</w:t>
      </w:r>
      <w:r w:rsidRPr="004735AC">
        <w:rPr>
          <w:rFonts w:ascii="Times New Roman" w:hAnsi="Times New Roman"/>
          <w:b/>
          <w:i/>
          <w:lang w:val="ru-RU"/>
        </w:rPr>
        <w:t>-2605002</w:t>
      </w:r>
      <w:r>
        <w:rPr>
          <w:rFonts w:ascii="Times New Roman" w:hAnsi="Times New Roman"/>
          <w:b/>
          <w:i/>
          <w:lang w:val="ru-RU"/>
        </w:rPr>
        <w:t>@</w:t>
      </w:r>
      <w:proofErr w:type="spellStart"/>
      <w:r>
        <w:rPr>
          <w:rFonts w:ascii="Times New Roman" w:hAnsi="Times New Roman"/>
          <w:b/>
          <w:i/>
        </w:rPr>
        <w:t>edu</w:t>
      </w:r>
      <w:proofErr w:type="spellEnd"/>
      <w:r w:rsidRPr="004735AC">
        <w:rPr>
          <w:rFonts w:ascii="Times New Roman" w:hAnsi="Times New Roman"/>
          <w:b/>
          <w:i/>
          <w:lang w:val="ru-RU"/>
        </w:rPr>
        <w:t>.</w:t>
      </w:r>
      <w:r>
        <w:rPr>
          <w:rFonts w:ascii="Times New Roman" w:hAnsi="Times New Roman"/>
          <w:b/>
          <w:i/>
        </w:rPr>
        <w:t>mon</w:t>
      </w:r>
      <w:r w:rsidRPr="004735AC">
        <w:rPr>
          <w:rFonts w:ascii="Times New Roman" w:hAnsi="Times New Roman"/>
          <w:b/>
          <w:i/>
          <w:lang w:val="ru-RU"/>
        </w:rPr>
        <w:t>.</w:t>
      </w:r>
      <w:proofErr w:type="spellStart"/>
      <w:r>
        <w:rPr>
          <w:rFonts w:ascii="Times New Roman" w:hAnsi="Times New Roman"/>
          <w:b/>
          <w:i/>
        </w:rPr>
        <w:t>bg</w:t>
      </w:r>
      <w:proofErr w:type="spellEnd"/>
    </w:p>
    <w:p w:rsidR="004735AC" w:rsidRPr="004735AC" w:rsidRDefault="004735AC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4735AC" w:rsidRPr="004735AC" w:rsidRDefault="004735AC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4735AC" w:rsidRPr="004735AC" w:rsidRDefault="004735AC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4735AC" w:rsidRPr="004735AC" w:rsidRDefault="004735AC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456790" w:rsidRPr="004735AC" w:rsidRDefault="00395981" w:rsidP="004735AC">
      <w:pPr>
        <w:pStyle w:val="aa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35AC">
        <w:rPr>
          <w:rFonts w:ascii="Times New Roman" w:hAnsi="Times New Roman" w:cs="Times New Roman"/>
          <w:sz w:val="24"/>
          <w:szCs w:val="24"/>
          <w:lang w:val="ru-RU"/>
        </w:rPr>
        <w:t>ЗАЯВЛЕНИЕ ЗА ДОСТЪП ДО ОБЩЕСТВЕНА ИНФОРМАЦИЯ</w:t>
      </w:r>
    </w:p>
    <w:p w:rsidR="00395981" w:rsidRPr="00395981" w:rsidRDefault="00395981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училището</w:t>
      </w:r>
      <w:bookmarkStart w:id="0" w:name="_GoBack"/>
      <w:bookmarkEnd w:id="0"/>
      <w:proofErr w:type="spellEnd"/>
      <w:r w:rsidRPr="004735AC">
        <w:rPr>
          <w:rFonts w:ascii="Times New Roman" w:hAnsi="Times New Roman" w:cs="Times New Roman"/>
          <w:sz w:val="24"/>
          <w:szCs w:val="24"/>
        </w:rPr>
        <w:br/>
      </w: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r w:rsidRPr="004735AC">
        <w:rPr>
          <w:rFonts w:ascii="Times New Roman" w:hAnsi="Times New Roman" w:cs="Times New Roman"/>
          <w:sz w:val="24"/>
          <w:szCs w:val="24"/>
        </w:rPr>
        <w:t>От: ....................................................</w:t>
      </w: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r w:rsidRPr="004735AC">
        <w:rPr>
          <w:rFonts w:ascii="Times New Roman" w:hAnsi="Times New Roman" w:cs="Times New Roman"/>
          <w:sz w:val="24"/>
          <w:szCs w:val="24"/>
        </w:rPr>
        <w:t>Адрес: ................................................</w:t>
      </w: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r w:rsidRPr="004735AC">
        <w:rPr>
          <w:rFonts w:ascii="Times New Roman" w:hAnsi="Times New Roman" w:cs="Times New Roman"/>
          <w:sz w:val="24"/>
          <w:szCs w:val="24"/>
        </w:rPr>
        <w:t>Телефон/имейл: ........................................</w:t>
      </w:r>
      <w:r w:rsidRPr="004735AC">
        <w:rPr>
          <w:rFonts w:ascii="Times New Roman" w:hAnsi="Times New Roman" w:cs="Times New Roman"/>
          <w:sz w:val="24"/>
          <w:szCs w:val="24"/>
        </w:rPr>
        <w:br/>
      </w: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r w:rsidRPr="004735AC">
        <w:rPr>
          <w:rFonts w:ascii="Times New Roman" w:hAnsi="Times New Roman" w:cs="Times New Roman"/>
          <w:sz w:val="24"/>
          <w:szCs w:val="24"/>
        </w:rPr>
        <w:t xml:space="preserve">Описание на </w:t>
      </w:r>
      <w:r w:rsidRPr="004735AC">
        <w:rPr>
          <w:rFonts w:ascii="Times New Roman" w:hAnsi="Times New Roman" w:cs="Times New Roman"/>
          <w:sz w:val="24"/>
          <w:szCs w:val="24"/>
        </w:rPr>
        <w:t>исканата информация:</w:t>
      </w:r>
      <w:r w:rsidRPr="004735AC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</w:t>
      </w:r>
      <w:r w:rsidR="004735AC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735AC">
        <w:rPr>
          <w:rFonts w:ascii="Times New Roman" w:hAnsi="Times New Roman" w:cs="Times New Roman"/>
          <w:sz w:val="24"/>
          <w:szCs w:val="24"/>
        </w:rPr>
        <w:br/>
      </w: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Предпочи</w:t>
      </w:r>
      <w:r w:rsidR="004735AC" w:rsidRPr="004735AC">
        <w:rPr>
          <w:rFonts w:ascii="Times New Roman" w:hAnsi="Times New Roman" w:cs="Times New Roman"/>
          <w:sz w:val="24"/>
          <w:szCs w:val="24"/>
        </w:rPr>
        <w:t>тана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proofErr w:type="gramStart"/>
      <w:r w:rsidR="004735AC" w:rsidRPr="004735A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4735AC" w:rsidRPr="004735AC">
        <w:rPr>
          <w:rFonts w:ascii="Times New Roman" w:hAnsi="Times New Roman" w:cs="Times New Roman"/>
          <w:sz w:val="24"/>
          <w:szCs w:val="24"/>
        </w:rPr>
        <w:br/>
      </w:r>
      <w:r w:rsidR="004735AC" w:rsidRPr="004735AC">
        <w:rPr>
          <w:rFonts w:ascii="Cambria Math" w:hAnsi="Cambria Math" w:cs="Cambria Math"/>
          <w:sz w:val="24"/>
          <w:szCs w:val="24"/>
        </w:rPr>
        <w:t>◻</w:t>
      </w:r>
      <w:r w:rsidR="004735AC" w:rsidRPr="004735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Преглед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място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br/>
      </w:r>
      <w:r w:rsidR="004735AC" w:rsidRPr="004735AC">
        <w:rPr>
          <w:rFonts w:ascii="Cambria Math" w:hAnsi="Cambria Math" w:cs="Cambria Math"/>
          <w:sz w:val="24"/>
          <w:szCs w:val="24"/>
        </w:rPr>
        <w:t>◻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Копие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хартиен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35AC" w:rsidRPr="004735AC">
        <w:rPr>
          <w:rFonts w:ascii="Times New Roman" w:hAnsi="Times New Roman" w:cs="Times New Roman"/>
          <w:sz w:val="24"/>
          <w:szCs w:val="24"/>
        </w:rPr>
        <w:t>носител</w:t>
      </w:r>
      <w:proofErr w:type="spellEnd"/>
      <w:r w:rsidR="004735AC" w:rsidRPr="004735AC">
        <w:rPr>
          <w:rFonts w:ascii="Times New Roman" w:hAnsi="Times New Roman" w:cs="Times New Roman"/>
          <w:sz w:val="24"/>
          <w:szCs w:val="24"/>
        </w:rPr>
        <w:br/>
      </w:r>
      <w:r w:rsidR="004735AC" w:rsidRPr="004735AC">
        <w:rPr>
          <w:rFonts w:ascii="Cambria Math" w:hAnsi="Cambria Math" w:cs="Cambria Math"/>
          <w:sz w:val="24"/>
          <w:szCs w:val="24"/>
        </w:rPr>
        <w:t>◻</w:t>
      </w:r>
      <w:r w:rsidR="004735AC" w:rsidRPr="004735A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5AC">
        <w:rPr>
          <w:rFonts w:ascii="Times New Roman" w:hAnsi="Times New Roman" w:cs="Times New Roman"/>
          <w:sz w:val="24"/>
          <w:szCs w:val="24"/>
        </w:rPr>
        <w:t>формат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br/>
      </w:r>
    </w:p>
    <w:p w:rsidR="004735AC" w:rsidRPr="004735AC" w:rsidRDefault="00395981">
      <w:pPr>
        <w:rPr>
          <w:rFonts w:ascii="Times New Roman" w:hAnsi="Times New Roman" w:cs="Times New Roman"/>
          <w:sz w:val="24"/>
          <w:szCs w:val="24"/>
        </w:rPr>
      </w:pPr>
      <w:r w:rsidRPr="004735AC">
        <w:rPr>
          <w:rFonts w:ascii="Times New Roman" w:hAnsi="Times New Roman" w:cs="Times New Roman"/>
          <w:sz w:val="24"/>
          <w:szCs w:val="24"/>
        </w:rPr>
        <w:t xml:space="preserve">Дата: .................       </w:t>
      </w:r>
    </w:p>
    <w:p w:rsidR="00456790" w:rsidRPr="004735AC" w:rsidRDefault="0039598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35AC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4735AC">
        <w:rPr>
          <w:rFonts w:ascii="Times New Roman" w:hAnsi="Times New Roman" w:cs="Times New Roman"/>
          <w:sz w:val="24"/>
          <w:szCs w:val="24"/>
        </w:rPr>
        <w:t>: .................</w:t>
      </w:r>
    </w:p>
    <w:sectPr w:rsidR="00456790" w:rsidRPr="004735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5981"/>
    <w:rsid w:val="00456790"/>
    <w:rsid w:val="004735AC"/>
    <w:rsid w:val="007C163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9FD61BB-D43D-42B5-90F1-D9373F40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5F7B9E-7481-4069-818B-D39A7FE47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2605002: І ОУ "Иван Вазов" - Свиленград</cp:lastModifiedBy>
  <cp:revision>2</cp:revision>
  <dcterms:created xsi:type="dcterms:W3CDTF">2026-04-30T08:42:00Z</dcterms:created>
  <dcterms:modified xsi:type="dcterms:W3CDTF">2026-04-30T08:42:00Z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4bb7a8fc-2aca-47b2-82d6-e3f352d493fc</vt:lpwstr>
  </property>
</Properties>
</file>